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1: What Makes a Strong Paragraph?</w:t>
      </w:r>
    </w:p>
    <w:p>
      <w:pPr>
        <w:spacing w:after="200"/>
        <w:jc w:val="center"/>
      </w:pPr>
      <w:r>
        <w:rPr>
          <w:b w:val="0"/>
          <w:i/>
          <w:sz w:val="20"/>
        </w:rPr>
        <w:t>5/6 Language Arts  -  Building a Strong Paragraph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Name the three parts of a paragraph.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Read the short paragraph and label the introduction, body, and conclusion.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Why does a paragraph need all three parts? Write one sentence.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name the three parts of a paragraph.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